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top w:val="nil"/>
          <w:left w:val="nil"/>
          <w:bottom w:val="nil"/>
          <w:right w:val="nil"/>
          <w:between w:val="nil"/>
          <w:bar w:val="nil"/>
        </w:pBdr>
      </w:pPr>
      <w:r>
        <w:t>Invitation Letter for a Canada Visitor Visa</w:t>
      </w:r>
    </w:p>
    <w:p>
      <w:pPr>
        <w:spacing w:after="120"/>
      </w:pPr>
      <w:r>
        <w:rPr>
          <w:rFonts w:ascii="Arial" w:hAnsi="Arial" w:eastAsia="Arial"/>
          <w:color w:val="68717B"/>
          <w:sz w:val="16"/>
        </w:rPr>
        <w:t>Version 1.0  |  Reviewed September 2026</w:t>
      </w:r>
    </w:p>
    <w:p>
      <w:pPr>
        <w:spacing w:after="120"/>
      </w:pPr>
      <w:r>
        <w:rPr>
          <w:rFonts w:ascii="Arial" w:hAnsi="Arial" w:eastAsia="Arial"/>
          <w:i/>
          <w:color w:val="26313D"/>
          <w:sz w:val="20"/>
        </w:rPr>
        <w:t>Draft an invitation letter for a family member, friend or other visitor applying to enter Canada.</w:t>
      </w:r>
    </w:p>
    <w:p>
      <w:pPr>
        <w:spacing w:after="60" w:line="240" w:lineRule="auto"/>
      </w:pPr>
      <w:r>
        <w:rPr>
          <w:rFonts w:ascii="Arial" w:hAnsi="Arial" w:eastAsia="Arial"/>
          <w:b/>
          <w:color w:val="08213F"/>
          <w:sz w:val="18"/>
        </w:rPr>
        <w:t xml:space="preserve">General information only. </w:t>
      </w:r>
      <w:r>
        <w:rPr>
          <w:rFonts w:ascii="Arial" w:hAnsi="Arial" w:eastAsia="Arial"/>
          <w:color w:val="26313D"/>
          <w:sz w:val="18"/>
        </w:rPr>
        <w:t>This self help template is not legal advice and does not replace a form prescribed by law or required by a recipient.</w:t>
      </w:r>
    </w:p>
    <w:p>
      <w:pPr>
        <w:spacing w:after="60" w:line="240" w:lineRule="auto"/>
      </w:pPr>
      <w:r>
        <w:rPr>
          <w:rFonts w:ascii="Arial" w:hAnsi="Arial" w:eastAsia="Arial"/>
          <w:b/>
          <w:color w:val="08213F"/>
          <w:sz w:val="18"/>
        </w:rPr>
        <w:t xml:space="preserve">Recipient verification. </w:t>
      </w:r>
      <w:r>
        <w:rPr>
          <w:rFonts w:ascii="Arial" w:hAnsi="Arial" w:eastAsia="Arial"/>
          <w:color w:val="26313D"/>
          <w:sz w:val="18"/>
        </w:rPr>
        <w:t>The person applying must follow the personalized IRCC document checklist and any visa office instructions. Confirm whether the letter must be signed, witnessed or notarized and whether extra information is required.</w:t>
      </w:r>
    </w:p>
    <w:p>
      <w:pPr>
        <w:spacing w:after="60" w:line="240" w:lineRule="auto"/>
      </w:pPr>
      <w:r>
        <w:rPr>
          <w:rFonts w:ascii="Arial" w:hAnsi="Arial" w:eastAsia="Arial"/>
          <w:b/>
          <w:color w:val="08213F"/>
          <w:sz w:val="18"/>
        </w:rPr>
        <w:t xml:space="preserve">No guarantee. </w:t>
      </w:r>
      <w:r>
        <w:rPr>
          <w:rFonts w:ascii="Arial" w:hAnsi="Arial" w:eastAsia="Arial"/>
          <w:color w:val="26313D"/>
          <w:sz w:val="18"/>
        </w:rPr>
        <w:t>An invitation letter does not make the writer legally responsible for the visitor after entry and does not guarantee that a visa will be issued.</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Date</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DATE]</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To</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VISA OFFICER OR RECIPIENT NAMED IN THE CHECKLIST]</w:t>
            </w:r>
          </w:p>
        </w:tc>
      </w:tr>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Subject</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INVITATION FOR VISITOR FULL NAME AND PASSPORT NUMBER IF APPROPRIATE]</w:t>
            </w:r>
          </w:p>
        </w:tc>
      </w:tr>
    </w:tbl>
    <w:p>
      <w:pPr>
        <w:spacing w:after="0"/>
      </w:pPr>
    </w:p>
    <w:p>
      <w:pPr>
        <w:spacing w:after="100"/>
      </w:pPr>
      <w:r>
        <w:rPr>
          <w:rFonts w:ascii="Arial" w:hAnsi="Arial" w:eastAsia="Arial"/>
          <w:color w:val="26313D"/>
          <w:sz w:val="20"/>
        </w:rPr>
        <w:t>Dear Visa Officer,</w:t>
      </w:r>
    </w:p>
    <w:p>
      <w:pPr>
        <w:spacing w:after="100"/>
      </w:pPr>
      <w:r>
        <w:rPr>
          <w:rFonts w:ascii="Arial" w:hAnsi="Arial" w:eastAsia="Arial"/>
          <w:color w:val="26313D"/>
          <w:sz w:val="19"/>
        </w:rPr>
        <w:t xml:space="preserve">I, </w:t>
      </w:r>
      <w:r>
        <w:rPr>
          <w:rFonts w:ascii="Arial" w:hAnsi="Arial" w:eastAsia="Arial"/>
          <w:i/>
          <w:color w:val="68717B"/>
          <w:sz w:val="19"/>
        </w:rPr>
        <w:t>[TYPE INVITER FULL LEGAL NAME]</w:t>
      </w:r>
      <w:r>
        <w:rPr>
          <w:rFonts w:ascii="Arial" w:hAnsi="Arial" w:eastAsia="Arial"/>
          <w:color w:val="26313D"/>
          <w:sz w:val="19"/>
        </w:rPr>
        <w:t xml:space="preserve">, born on </w:t>
      </w:r>
      <w:r>
        <w:rPr>
          <w:rFonts w:ascii="Arial" w:hAnsi="Arial" w:eastAsia="Arial"/>
          <w:i/>
          <w:color w:val="68717B"/>
          <w:sz w:val="19"/>
        </w:rPr>
        <w:t>[TYPE INVITER DATE OF BIRTH]</w:t>
      </w:r>
      <w:r>
        <w:rPr>
          <w:rFonts w:ascii="Arial" w:hAnsi="Arial" w:eastAsia="Arial"/>
          <w:color w:val="26313D"/>
          <w:sz w:val="19"/>
        </w:rPr>
        <w:t xml:space="preserve">, live at </w:t>
      </w:r>
      <w:r>
        <w:rPr>
          <w:rFonts w:ascii="Arial" w:hAnsi="Arial" w:eastAsia="Arial"/>
          <w:i/>
          <w:color w:val="68717B"/>
          <w:sz w:val="19"/>
        </w:rPr>
        <w:t>[TYPE FULL CANADIAN ADDRESS]</w:t>
      </w:r>
      <w:r>
        <w:rPr>
          <w:rFonts w:ascii="Arial" w:hAnsi="Arial" w:eastAsia="Arial"/>
          <w:color w:val="26313D"/>
          <w:sz w:val="19"/>
        </w:rPr>
        <w:t xml:space="preserve">. I am a </w:t>
      </w:r>
      <w:r>
        <w:rPr>
          <w:rFonts w:ascii="Arial" w:hAnsi="Arial" w:eastAsia="Arial"/>
          <w:i/>
          <w:color w:val="68717B"/>
          <w:sz w:val="19"/>
        </w:rPr>
        <w:t>[TYPE CANADIAN CITIZEN OR PERMANENT RESIDENT]</w:t>
      </w:r>
      <w:r>
        <w:rPr>
          <w:rFonts w:ascii="Arial" w:hAnsi="Arial" w:eastAsia="Arial"/>
          <w:color w:val="26313D"/>
          <w:sz w:val="19"/>
        </w:rPr>
        <w:t xml:space="preserve"> and work as </w:t>
      </w:r>
      <w:r>
        <w:rPr>
          <w:rFonts w:ascii="Arial" w:hAnsi="Arial" w:eastAsia="Arial"/>
          <w:i/>
          <w:color w:val="68717B"/>
          <w:sz w:val="19"/>
        </w:rPr>
        <w:t>[TYPE JOB TITLE OR OCCUPATION]</w:t>
      </w:r>
      <w:r>
        <w:rPr>
          <w:rFonts w:ascii="Arial" w:hAnsi="Arial" w:eastAsia="Arial"/>
          <w:color w:val="26313D"/>
          <w:sz w:val="19"/>
        </w:rPr>
        <w:t>.</w:t>
      </w:r>
    </w:p>
    <w:p>
      <w:pPr>
        <w:spacing w:after="100"/>
      </w:pPr>
      <w:r>
        <w:rPr>
          <w:rFonts w:ascii="Arial" w:hAnsi="Arial" w:eastAsia="Arial"/>
          <w:color w:val="26313D"/>
          <w:sz w:val="19"/>
        </w:rPr>
        <w:t xml:space="preserve">I am inviting </w:t>
      </w:r>
      <w:r>
        <w:rPr>
          <w:rFonts w:ascii="Arial" w:hAnsi="Arial" w:eastAsia="Arial"/>
          <w:i/>
          <w:color w:val="68717B"/>
          <w:sz w:val="19"/>
        </w:rPr>
        <w:t>[TYPE VISITOR FULL LEGAL NAME AS SHOWN ON PASSPORT]</w:t>
      </w:r>
      <w:r>
        <w:rPr>
          <w:rFonts w:ascii="Arial" w:hAnsi="Arial" w:eastAsia="Arial"/>
          <w:color w:val="26313D"/>
          <w:sz w:val="19"/>
        </w:rPr>
        <w:t xml:space="preserve">, born on </w:t>
      </w:r>
      <w:r>
        <w:rPr>
          <w:rFonts w:ascii="Arial" w:hAnsi="Arial" w:eastAsia="Arial"/>
          <w:i/>
          <w:color w:val="68717B"/>
          <w:sz w:val="19"/>
        </w:rPr>
        <w:t>[TYPE VISITOR DATE OF BIRTH]</w:t>
      </w:r>
      <w:r>
        <w:rPr>
          <w:rFonts w:ascii="Arial" w:hAnsi="Arial" w:eastAsia="Arial"/>
          <w:color w:val="26313D"/>
          <w:sz w:val="19"/>
        </w:rPr>
        <w:t xml:space="preserve">, who lives at </w:t>
      </w:r>
      <w:r>
        <w:rPr>
          <w:rFonts w:ascii="Arial" w:hAnsi="Arial" w:eastAsia="Arial"/>
          <w:i/>
          <w:color w:val="68717B"/>
          <w:sz w:val="19"/>
        </w:rPr>
        <w:t>[TYPE VISITOR FULL ADDRESS AND TELEPHONE]</w:t>
      </w:r>
      <w:r>
        <w:rPr>
          <w:rFonts w:ascii="Arial" w:hAnsi="Arial" w:eastAsia="Arial"/>
          <w:color w:val="26313D"/>
          <w:sz w:val="19"/>
        </w:rPr>
        <w:t xml:space="preserve">. The visitor is my </w:t>
      </w:r>
      <w:r>
        <w:rPr>
          <w:rFonts w:ascii="Arial" w:hAnsi="Arial" w:eastAsia="Arial"/>
          <w:i/>
          <w:color w:val="68717B"/>
          <w:sz w:val="19"/>
        </w:rPr>
        <w:t>[TYPE RELATIONSHIP]</w:t>
      </w:r>
      <w:r>
        <w:rPr>
          <w:rFonts w:ascii="Arial" w:hAnsi="Arial" w:eastAsia="Arial"/>
          <w:color w:val="26313D"/>
          <w:sz w:val="19"/>
        </w:rPr>
        <w:t>.</w:t>
      </w:r>
    </w:p>
    <w:p>
      <w:pPr>
        <w:spacing w:after="100"/>
      </w:pPr>
      <w:r>
        <w:rPr>
          <w:rFonts w:ascii="Arial" w:hAnsi="Arial" w:eastAsia="Arial"/>
          <w:color w:val="26313D"/>
          <w:sz w:val="19"/>
        </w:rPr>
        <w:t xml:space="preserve">The purpose of the visit is </w:t>
      </w:r>
      <w:r>
        <w:rPr>
          <w:rFonts w:ascii="Arial" w:hAnsi="Arial" w:eastAsia="Arial"/>
          <w:i/>
          <w:color w:val="68717B"/>
          <w:sz w:val="19"/>
        </w:rPr>
        <w:t>[TYPE PURPOSE OF TRIP]</w:t>
      </w:r>
      <w:r>
        <w:rPr>
          <w:rFonts w:ascii="Arial" w:hAnsi="Arial" w:eastAsia="Arial"/>
          <w:color w:val="26313D"/>
          <w:sz w:val="19"/>
        </w:rPr>
        <w:t xml:space="preserve">. The planned visit is from </w:t>
      </w:r>
      <w:r>
        <w:rPr>
          <w:rFonts w:ascii="Arial" w:hAnsi="Arial" w:eastAsia="Arial"/>
          <w:i/>
          <w:color w:val="68717B"/>
          <w:sz w:val="19"/>
        </w:rPr>
        <w:t>[TYPE ARRIVAL DATE]</w:t>
      </w:r>
      <w:r>
        <w:rPr>
          <w:rFonts w:ascii="Arial" w:hAnsi="Arial" w:eastAsia="Arial"/>
          <w:color w:val="26313D"/>
          <w:sz w:val="19"/>
        </w:rPr>
        <w:t xml:space="preserve"> to </w:t>
      </w:r>
      <w:r>
        <w:rPr>
          <w:rFonts w:ascii="Arial" w:hAnsi="Arial" w:eastAsia="Arial"/>
          <w:i/>
          <w:color w:val="68717B"/>
          <w:sz w:val="19"/>
        </w:rPr>
        <w:t>[TYPE DEPARTURE DATE]</w:t>
      </w:r>
      <w:r>
        <w:rPr>
          <w:rFonts w:ascii="Arial" w:hAnsi="Arial" w:eastAsia="Arial"/>
          <w:color w:val="26313D"/>
          <w:sz w:val="19"/>
        </w:rPr>
        <w:t xml:space="preserve">. During the visit, the visitor will stay at </w:t>
      </w:r>
      <w:r>
        <w:rPr>
          <w:rFonts w:ascii="Arial" w:hAnsi="Arial" w:eastAsia="Arial"/>
          <w:i/>
          <w:color w:val="68717B"/>
          <w:sz w:val="19"/>
        </w:rPr>
        <w:t>[TYPE ADDRESS OR ACCOMMODATION DETAILS]</w:t>
      </w:r>
      <w:r>
        <w:rPr>
          <w:rFonts w:ascii="Arial" w:hAnsi="Arial" w:eastAsia="Arial"/>
          <w:color w:val="26313D"/>
          <w:sz w:val="19"/>
        </w:rPr>
        <w:t>.</w:t>
      </w:r>
    </w:p>
    <w:p>
      <w:pPr>
        <w:spacing w:after="100"/>
      </w:pPr>
      <w:r>
        <w:rPr>
          <w:rFonts w:ascii="Arial" w:hAnsi="Arial" w:eastAsia="Arial"/>
          <w:color w:val="26313D"/>
          <w:sz w:val="19"/>
        </w:rPr>
        <w:t xml:space="preserve">The visitor's travel, accommodation and living expenses will be paid by </w:t>
      </w:r>
      <w:r>
        <w:rPr>
          <w:rFonts w:ascii="Arial" w:hAnsi="Arial" w:eastAsia="Arial"/>
          <w:i/>
          <w:color w:val="68717B"/>
          <w:sz w:val="19"/>
        </w:rPr>
        <w:t>[TYPE PERSON OR PEOPLE RESPONSIBLE FOR EACH EXPENSE]</w:t>
      </w:r>
      <w:r>
        <w:rPr>
          <w:rFonts w:ascii="Arial" w:hAnsi="Arial" w:eastAsia="Arial"/>
          <w:color w:val="26313D"/>
          <w:sz w:val="19"/>
        </w:rPr>
        <w:t xml:space="preserve">. I will provide the following assistance during the visit: </w:t>
      </w:r>
      <w:r>
        <w:rPr>
          <w:rFonts w:ascii="Arial" w:hAnsi="Arial" w:eastAsia="Arial"/>
          <w:i/>
          <w:color w:val="68717B"/>
          <w:sz w:val="19"/>
        </w:rPr>
        <w:t>[TYPE SPECIFIC ASSISTANCE OR NONE]</w:t>
      </w:r>
      <w:r>
        <w:rPr>
          <w:rFonts w:ascii="Arial" w:hAnsi="Arial" w:eastAsia="Arial"/>
          <w:color w:val="26313D"/>
          <w:sz w:val="19"/>
        </w:rPr>
        <w:t>.</w:t>
      </w:r>
    </w:p>
    <w:p>
      <w:pPr>
        <w:spacing w:after="100"/>
      </w:pPr>
      <w:r>
        <w:rPr>
          <w:rFonts w:ascii="Arial" w:hAnsi="Arial" w:eastAsia="Arial"/>
          <w:color w:val="26313D"/>
          <w:sz w:val="19"/>
        </w:rPr>
        <w:t xml:space="preserve">The visitor plans to leave Canada on or before </w:t>
      </w:r>
      <w:r>
        <w:rPr>
          <w:rFonts w:ascii="Arial" w:hAnsi="Arial" w:eastAsia="Arial"/>
          <w:i/>
          <w:color w:val="68717B"/>
          <w:sz w:val="19"/>
        </w:rPr>
        <w:t>[TYPE PLANNED DEPARTURE DATE]</w:t>
      </w:r>
      <w:r>
        <w:rPr>
          <w:rFonts w:ascii="Arial" w:hAnsi="Arial" w:eastAsia="Arial"/>
          <w:color w:val="26313D"/>
          <w:sz w:val="19"/>
        </w:rPr>
        <w:t xml:space="preserve"> and return to </w:t>
      </w:r>
      <w:r>
        <w:rPr>
          <w:rFonts w:ascii="Arial" w:hAnsi="Arial" w:eastAsia="Arial"/>
          <w:i/>
          <w:color w:val="68717B"/>
          <w:sz w:val="19"/>
        </w:rPr>
        <w:t>[TYPE COUNTRY OR PLACE OF RESIDENCE]</w:t>
      </w:r>
      <w:r>
        <w:rPr>
          <w:rFonts w:ascii="Arial" w:hAnsi="Arial" w:eastAsia="Arial"/>
          <w:color w:val="26313D"/>
          <w:sz w:val="19"/>
        </w:rPr>
        <w:t xml:space="preserve">. Additional relevant information is: </w:t>
      </w:r>
      <w:r>
        <w:rPr>
          <w:rFonts w:ascii="Arial" w:hAnsi="Arial" w:eastAsia="Arial"/>
          <w:i/>
          <w:color w:val="68717B"/>
          <w:sz w:val="19"/>
        </w:rPr>
        <w:t>[TYPE OPTIONAL CONTEXT OR DELETE THIS SENTENCE]</w:t>
      </w:r>
      <w:r>
        <w:rPr>
          <w:rFonts w:ascii="Arial" w:hAnsi="Arial" w:eastAsia="Arial"/>
          <w:color w:val="26313D"/>
          <w:sz w:val="19"/>
        </w:rPr>
        <w:t>.</w:t>
      </w:r>
    </w:p>
    <w:p>
      <w:pPr>
        <w:spacing w:after="100"/>
      </w:pPr>
      <w:r>
        <w:rPr>
          <w:rFonts w:ascii="Arial" w:hAnsi="Arial" w:eastAsia="Arial"/>
          <w:color w:val="26313D"/>
          <w:sz w:val="19"/>
        </w:rPr>
        <w:t xml:space="preserve">I confirm that the information in this letter is true and complete to the best of my knowledge. I can be contacted at </w:t>
      </w:r>
      <w:r>
        <w:rPr>
          <w:rFonts w:ascii="Arial" w:hAnsi="Arial" w:eastAsia="Arial"/>
          <w:i/>
          <w:color w:val="68717B"/>
          <w:sz w:val="19"/>
        </w:rPr>
        <w:t>[TYPE INVITER TELEPHONE]</w:t>
      </w:r>
      <w:r>
        <w:rPr>
          <w:rFonts w:ascii="Arial" w:hAnsi="Arial" w:eastAsia="Arial"/>
          <w:color w:val="26313D"/>
          <w:sz w:val="19"/>
        </w:rPr>
        <w:t xml:space="preserve"> or </w:t>
      </w:r>
      <w:r>
        <w:rPr>
          <w:rFonts w:ascii="Arial" w:hAnsi="Arial" w:eastAsia="Arial"/>
          <w:i/>
          <w:color w:val="68717B"/>
          <w:sz w:val="19"/>
        </w:rPr>
        <w:t>[TYPE INVITER EMAIL]</w:t>
      </w:r>
      <w:r>
        <w:rPr>
          <w:rFonts w:ascii="Arial" w:hAnsi="Arial" w:eastAsia="Arial"/>
          <w:color w:val="26313D"/>
          <w:sz w:val="19"/>
        </w:rPr>
        <w:t>.</w:t>
      </w:r>
    </w:p>
    <w:p>
      <w:r>
        <w:rPr>
          <w:rFonts w:ascii="Arial" w:hAnsi="Arial" w:eastAsia="Arial"/>
          <w:color w:val="26313D"/>
          <w:sz w:val="19"/>
        </w:rPr>
        <w:t>Sincerely,</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Pr>
      <w:tblGrid>
        <w:gridCol w:w="10166"/>
      </w:tblGrid>
      <w:tr>
        <w:tc>
          <w:tcPr>
            <w:tcW w:type="dxa" w:w="4896"/>
          </w:tcPr>
          <w:p>
            <w:pPr>
              <w:spacing w:after="0"/>
            </w:pPr>
            <w:r>
              <w:rPr>
                <w:rFonts w:ascii="Arial" w:hAnsi="Arial" w:eastAsia="Arial"/>
                <w:color w:val="26313D"/>
                <w:sz w:val="18"/>
              </w:rPr>
              <w:t>________________________________________</w:t>
            </w:r>
            <w:r>
              <w:br/>
            </w:r>
            <w:r>
              <w:rPr>
                <w:rFonts w:ascii="Arial" w:hAnsi="Arial" w:eastAsia="Arial"/>
                <w:color w:val="68717B"/>
                <w:sz w:val="16"/>
              </w:rPr>
              <w:t>Inviter signature and printed full legal name</w:t>
            </w:r>
          </w:p>
        </w:tc>
      </w:tr>
      <w:tr>
        <w:tc>
          <w:tcPr>
            <w:tcW w:type="dxa" w:w="10166"/>
          </w:tcPr>
          <w:p>
            <w:pPr>
              <w:spacing w:after="0"/>
            </w:pPr>
            <w:r>
              <w:rPr>
                <w:rFonts w:ascii="Arial" w:hAnsi="Arial" w:eastAsia="Arial"/>
                <w:i/>
                <w:color w:val="68717B"/>
                <w:sz w:val="15"/>
              </w:rPr>
              <w:t>Sign as directed by the application checklist or receiving office</w:t>
            </w:r>
          </w:p>
        </w:tc>
      </w:tr>
    </w:tbl>
    <w:p>
      <w:pPr>
        <w:sectPr>
          <w:headerReference w:type="default" r:id="rId9"/>
          <w:footerReference w:type="default" r:id="rId10"/>
          <w:pgSz w:w="12240" w:h="15840"/>
          <w:pgMar w:top="1238" w:right="1037" w:bottom="950" w:left="1037" w:header="317" w:footer="317" w:gutter="0"/>
          <w:cols w:space="720"/>
          <w:docGrid w:linePitch="360"/>
        </w:sectPr>
      </w:pPr>
    </w:p>
    <w:p>
      <w:pPr>
        <w:pStyle w:val="Title"/>
        <w:pBdr>
          <w:top w:val="nil"/>
          <w:left w:val="nil"/>
          <w:bottom w:val="nil"/>
          <w:right w:val="nil"/>
          <w:between w:val="nil"/>
          <w:bar w:val="nil"/>
        </w:pBdr>
      </w:pPr>
      <w:r>
        <w:t>Completion and Submission Notes</w:t>
      </w:r>
    </w:p>
    <w:p>
      <w:pPr>
        <w:spacing w:after="120"/>
      </w:pPr>
      <w:r>
        <w:rPr>
          <w:rFonts w:ascii="Arial" w:hAnsi="Arial" w:eastAsia="Arial"/>
          <w:color w:val="68717B"/>
          <w:sz w:val="16"/>
        </w:rPr>
        <w:t>Version 1.0  |  Reviewed September 2026</w:t>
      </w:r>
    </w:p>
    <w:p>
      <w:pPr>
        <w:pStyle w:val="Heading1"/>
      </w:pPr>
      <w:r>
        <w:t>Information about the visitor</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Identity</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FULL NAME DATE OF BIRTH ADDRESS TELEPHONE AND PASSPORT DETAILS IF REQUESTED]</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Visit</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RELATIONSHIP PURPOSE LENGTH OF STAY ACCOMMODATION FUNDING AND PLANNED DEPARTURE]</w:t>
            </w:r>
          </w:p>
        </w:tc>
      </w:tr>
    </w:tbl>
    <w:p>
      <w:pPr>
        <w:spacing w:after="0"/>
      </w:pPr>
    </w:p>
    <w:p>
      <w:pPr>
        <w:pStyle w:val="Heading1"/>
      </w:pPr>
      <w:r>
        <w:t>Information about the inviter</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Identity and contact</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FULL NAME DATE OF BIRTH CANADIAN ADDRESS TELEPHONE AND EMAIL]</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Status in Canada</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CITIZENSHIP OR PERMANENT RESIDENT STATUS AND SUPPORTING DOCUMENT]</w:t>
            </w:r>
          </w:p>
        </w:tc>
      </w:tr>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Employment</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JOB TITLE OR OCCUPATION]</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Household details</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INCLUDE ONLY IF THE CHECKLIST OR VISA OFFICE REQUESTS THEM]</w:t>
            </w:r>
          </w:p>
        </w:tc>
      </w:tr>
    </w:tbl>
    <w:p>
      <w:pPr>
        <w:spacing w:after="0"/>
      </w:pPr>
    </w:p>
    <w:p>
      <w:pPr>
        <w:pStyle w:val="Heading1"/>
      </w:pPr>
      <w:r>
        <w:t>Possible attachments</w:t>
      </w:r>
    </w:p>
    <w:p>
      <w:pPr>
        <w:spacing w:after="60"/>
      </w:pPr>
      <w:r>
        <w:rPr>
          <w:rFonts w:ascii="Arial" w:hAnsi="Arial" w:eastAsia="Arial"/>
          <w:color w:val="08213F"/>
          <w:sz w:val="19"/>
        </w:rPr>
        <w:t xml:space="preserve">☐ </w:t>
      </w:r>
      <w:r>
        <w:rPr>
          <w:rFonts w:ascii="Arial" w:hAnsi="Arial" w:eastAsia="Arial"/>
          <w:color w:val="26313D"/>
          <w:sz w:val="17"/>
        </w:rPr>
        <w:t>Proof of Canadian status</w:t>
      </w:r>
      <w:r>
        <w:rPr>
          <w:rFonts w:ascii="Arial" w:hAnsi="Arial" w:eastAsia="Arial"/>
          <w:sz w:val="17"/>
        </w:rPr>
        <w:t xml:space="preserve">    </w:t>
      </w:r>
      <w:r>
        <w:rPr>
          <w:rFonts w:ascii="Arial" w:hAnsi="Arial" w:eastAsia="Arial"/>
          <w:color w:val="08213F"/>
          <w:sz w:val="19"/>
        </w:rPr>
        <w:t xml:space="preserve">☐ </w:t>
      </w:r>
      <w:r>
        <w:rPr>
          <w:rFonts w:ascii="Arial" w:hAnsi="Arial" w:eastAsia="Arial"/>
          <w:color w:val="26313D"/>
          <w:sz w:val="17"/>
        </w:rPr>
        <w:t>Proof of address</w:t>
      </w:r>
      <w:r>
        <w:rPr>
          <w:rFonts w:ascii="Arial" w:hAnsi="Arial" w:eastAsia="Arial"/>
          <w:sz w:val="17"/>
        </w:rPr>
        <w:t xml:space="preserve">    </w:t>
      </w:r>
      <w:r>
        <w:rPr>
          <w:rFonts w:ascii="Arial" w:hAnsi="Arial" w:eastAsia="Arial"/>
          <w:color w:val="08213F"/>
          <w:sz w:val="19"/>
        </w:rPr>
        <w:t xml:space="preserve">☐ </w:t>
      </w:r>
      <w:r>
        <w:rPr>
          <w:rFonts w:ascii="Arial" w:hAnsi="Arial" w:eastAsia="Arial"/>
          <w:color w:val="26313D"/>
          <w:sz w:val="17"/>
        </w:rPr>
        <w:t>Financial support evidence if offered</w:t>
      </w:r>
    </w:p>
    <w:p>
      <w:pPr>
        <w:spacing w:after="60"/>
      </w:pPr>
      <w:r>
        <w:rPr>
          <w:rFonts w:ascii="Arial" w:hAnsi="Arial" w:eastAsia="Arial"/>
          <w:color w:val="08213F"/>
          <w:sz w:val="19"/>
        </w:rPr>
        <w:t xml:space="preserve">☐ </w:t>
      </w:r>
      <w:r>
        <w:rPr>
          <w:rFonts w:ascii="Arial" w:hAnsi="Arial" w:eastAsia="Arial"/>
          <w:color w:val="26313D"/>
          <w:sz w:val="17"/>
        </w:rPr>
        <w:t>Travel or event details</w:t>
      </w:r>
      <w:r>
        <w:rPr>
          <w:rFonts w:ascii="Arial" w:hAnsi="Arial" w:eastAsia="Arial"/>
          <w:sz w:val="17"/>
        </w:rPr>
        <w:t xml:space="preserve">    </w:t>
      </w:r>
      <w:r>
        <w:rPr>
          <w:rFonts w:ascii="Arial" w:hAnsi="Arial" w:eastAsia="Arial"/>
          <w:color w:val="08213F"/>
          <w:sz w:val="19"/>
        </w:rPr>
        <w:t xml:space="preserve">☐ </w:t>
      </w:r>
      <w:r>
        <w:rPr>
          <w:rFonts w:ascii="Arial" w:hAnsi="Arial" w:eastAsia="Arial"/>
          <w:color w:val="26313D"/>
          <w:sz w:val="17"/>
        </w:rPr>
        <w:t>Relationship evidence if useful</w:t>
      </w:r>
      <w:r>
        <w:rPr>
          <w:rFonts w:ascii="Arial" w:hAnsi="Arial" w:eastAsia="Arial"/>
          <w:sz w:val="17"/>
        </w:rPr>
        <w:t xml:space="preserve">    </w:t>
      </w:r>
      <w:r>
        <w:rPr>
          <w:rFonts w:ascii="Arial" w:hAnsi="Arial" w:eastAsia="Arial"/>
          <w:color w:val="08213F"/>
          <w:sz w:val="19"/>
        </w:rPr>
        <w:t xml:space="preserve">☐ </w:t>
      </w:r>
      <w:r>
        <w:rPr>
          <w:rFonts w:ascii="Arial" w:hAnsi="Arial" w:eastAsia="Arial"/>
          <w:color w:val="26313D"/>
          <w:sz w:val="17"/>
        </w:rPr>
        <w:t>Other checklist documents</w:t>
      </w:r>
    </w:p>
    <w:p>
      <w:pPr>
        <w:pStyle w:val="Heading2"/>
      </w:pPr>
      <w:r>
        <w:t>Final check</w:t>
      </w:r>
    </w:p>
    <w:p>
      <w:pPr>
        <w:spacing w:after="40"/>
        <w:ind w:left="43"/>
      </w:pPr>
      <w:r>
        <w:rPr>
          <w:rFonts w:ascii="Arial" w:hAnsi="Arial" w:eastAsia="Arial"/>
          <w:color w:val="08213F"/>
          <w:sz w:val="20"/>
        </w:rPr>
        <w:t xml:space="preserve">☐ </w:t>
      </w:r>
      <w:r>
        <w:rPr>
          <w:rFonts w:ascii="Arial" w:hAnsi="Arial" w:eastAsia="Arial"/>
          <w:color w:val="26313D"/>
          <w:sz w:val="17"/>
        </w:rPr>
        <w:t>Names and dates match passports and supporting documents exactly.</w:t>
      </w:r>
    </w:p>
    <w:p>
      <w:pPr>
        <w:spacing w:after="40"/>
        <w:ind w:left="43"/>
      </w:pPr>
      <w:r>
        <w:rPr>
          <w:rFonts w:ascii="Arial" w:hAnsi="Arial" w:eastAsia="Arial"/>
          <w:color w:val="08213F"/>
          <w:sz w:val="20"/>
        </w:rPr>
        <w:t xml:space="preserve">☐ </w:t>
      </w:r>
      <w:r>
        <w:rPr>
          <w:rFonts w:ascii="Arial" w:hAnsi="Arial" w:eastAsia="Arial"/>
          <w:color w:val="26313D"/>
          <w:sz w:val="17"/>
        </w:rPr>
        <w:t>The letter explains the relationship, purpose, dates, accommodation, expenses and planned departure.</w:t>
      </w:r>
    </w:p>
    <w:p>
      <w:pPr>
        <w:spacing w:after="40"/>
        <w:ind w:left="43"/>
      </w:pPr>
      <w:r>
        <w:rPr>
          <w:rFonts w:ascii="Arial" w:hAnsi="Arial" w:eastAsia="Arial"/>
          <w:color w:val="08213F"/>
          <w:sz w:val="20"/>
        </w:rPr>
        <w:t xml:space="preserve">☐ </w:t>
      </w:r>
      <w:r>
        <w:rPr>
          <w:rFonts w:ascii="Arial" w:hAnsi="Arial" w:eastAsia="Arial"/>
          <w:color w:val="26313D"/>
          <w:sz w:val="17"/>
        </w:rPr>
        <w:t>The inviter has included proof of Canadian citizenship or permanent resident status when required.</w:t>
      </w:r>
    </w:p>
    <w:p>
      <w:pPr>
        <w:spacing w:after="40"/>
        <w:ind w:left="43"/>
      </w:pPr>
      <w:r>
        <w:rPr>
          <w:rFonts w:ascii="Arial" w:hAnsi="Arial" w:eastAsia="Arial"/>
          <w:color w:val="08213F"/>
          <w:sz w:val="20"/>
        </w:rPr>
        <w:t xml:space="preserve">☐ </w:t>
      </w:r>
      <w:r>
        <w:rPr>
          <w:rFonts w:ascii="Arial" w:hAnsi="Arial" w:eastAsia="Arial"/>
          <w:color w:val="26313D"/>
          <w:sz w:val="17"/>
        </w:rPr>
        <w:t>The applicant has followed the current personalized IRCC document checklist and visa office instructions.</w:t>
      </w:r>
    </w:p>
    <w:p>
      <w:pPr>
        <w:spacing w:after="40"/>
        <w:ind w:left="43"/>
      </w:pPr>
      <w:r>
        <w:rPr>
          <w:rFonts w:ascii="Arial" w:hAnsi="Arial" w:eastAsia="Arial"/>
          <w:color w:val="08213F"/>
          <w:sz w:val="20"/>
        </w:rPr>
        <w:t xml:space="preserve">☐ </w:t>
      </w:r>
      <w:r>
        <w:rPr>
          <w:rFonts w:ascii="Arial" w:hAnsi="Arial" w:eastAsia="Arial"/>
          <w:color w:val="26313D"/>
          <w:sz w:val="17"/>
        </w:rPr>
        <w:t>The final letter is signed and dated in the manner requested by the recipient.</w:t>
      </w:r>
    </w:p>
    <w:sectPr w:rsidR="00FC693F" w:rsidRPr="0006063C" w:rsidSect="00034616">
      <w:pgSz w:w="12240" w:h="15840"/>
      <w:pgMar w:top="1238" w:right="1037" w:bottom="950" w:left="1037"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982"/>
      <w:gridCol w:w="4982"/>
    </w:tblGrid>
    <w:tr>
      <w:tc>
        <w:tcPr>
          <w:tcW w:type="dxa" w:w="7228"/>
          <w:tcMar>
            <w:top w:w="20" w:type="dxa"/>
            <w:start w:w="20" w:type="dxa"/>
            <w:bottom w:w="0" w:type="dxa"/>
            <w:end w:w="20" w:type="dxa"/>
          </w:tcMar>
          <w:vAlign w:val="center"/>
        </w:tcPr>
        <w:p>
          <w:pPr>
            <w:spacing w:after="0"/>
          </w:pPr>
          <w:r>
            <w:rPr>
              <w:rFonts w:ascii="Arial" w:hAnsi="Arial" w:eastAsia="Arial"/>
              <w:color w:val="68717B"/>
              <w:sz w:val="14"/>
            </w:rPr>
            <w:t>info@notaryotg.ca   |   +1 (888) 299-1746   |   notaryotg.ca</w:t>
          </w:r>
        </w:p>
      </w:tc>
      <w:tc>
        <w:tcPr>
          <w:tcW w:type="dxa" w:w="2736"/>
          <w:tcMar>
            <w:top w:w="20" w:type="dxa"/>
            <w:start w:w="20" w:type="dxa"/>
            <w:bottom w:w="0" w:type="dxa"/>
            <w:end w:w="20" w:type="dxa"/>
          </w:tcMar>
          <w:vAlign w:val="center"/>
        </w:tcPr>
        <w:p>
          <w:pPr>
            <w:spacing w:after="0"/>
            <w:jc w:val="right"/>
          </w:pPr>
          <w:r>
            <w:rPr>
              <w:rFonts w:ascii="Arial" w:hAnsi="Arial" w:eastAsia="Arial"/>
              <w:color w:val="68717B"/>
              <w:sz w:val="14"/>
            </w:rPr>
            <w:t xml:space="preserve">v1.0   |   Page </w:t>
          </w:r>
          <w:r>
            <w:rPr>
              <w:rFonts w:ascii="Arial" w:hAnsi="Arial" w:eastAsia="Arial"/>
              <w:color w:val="68717B"/>
              <w:sz w:val="15"/>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83"/>
      <w:gridCol w:w="5083"/>
    </w:tblGrid>
    <w:tr>
      <w:tc>
        <w:tcPr>
          <w:tcW w:type="dxa" w:w="1468"/>
          <w:tcMar>
            <w:top w:w="0" w:type="dxa"/>
            <w:start w:w="30" w:type="dxa"/>
            <w:bottom w:w="0" w:type="dxa"/>
            <w:end w:w="30" w:type="dxa"/>
          </w:tcMar>
          <w:vAlign w:val="center"/>
        </w:tcPr>
        <w:p>
          <w:pPr>
            <w:spacing w:after="0"/>
            <w:jc w:val="left"/>
          </w:pPr>
          <w:r>
            <w:drawing>
              <wp:inline xmlns:a="http://schemas.openxmlformats.org/drawingml/2006/main" xmlns:pic="http://schemas.openxmlformats.org/drawingml/2006/picture">
                <wp:extent cx="475488" cy="475488"/>
                <wp:docPr id="1" name="Picture 1"/>
                <wp:cNvGraphicFramePr>
                  <a:graphicFrameLocks noChangeAspect="1"/>
                </wp:cNvGraphicFramePr>
                <a:graphic>
                  <a:graphicData uri="http://schemas.openxmlformats.org/drawingml/2006/picture">
                    <pic:pic>
                      <pic:nvPicPr>
                        <pic:cNvPr id="0" name="notary_on_the_go_logo.png"/>
                        <pic:cNvPicPr/>
                      </pic:nvPicPr>
                      <pic:blipFill>
                        <a:blip r:embed="rId1"/>
                        <a:stretch>
                          <a:fillRect/>
                        </a:stretch>
                      </pic:blipFill>
                      <pic:spPr>
                        <a:xfrm>
                          <a:off x="0" y="0"/>
                          <a:ext cx="475488" cy="475488"/>
                        </a:xfrm>
                        <a:prstGeom prst="rect"/>
                      </pic:spPr>
                    </pic:pic>
                  </a:graphicData>
                </a:graphic>
              </wp:inline>
            </w:drawing>
          </w:r>
        </w:p>
      </w:tc>
      <w:tc>
        <w:tcPr>
          <w:tcW w:type="dxa" w:w="8697"/>
          <w:tcMar>
            <w:top w:w="0" w:type="dxa"/>
            <w:start w:w="30" w:type="dxa"/>
            <w:bottom w:w="0" w:type="dxa"/>
            <w:end w:w="30" w:type="dxa"/>
          </w:tcMar>
          <w:vAlign w:val="center"/>
        </w:tcPr>
        <w:p>
          <w:pPr>
            <w:spacing w:after="0"/>
            <w:jc w:val="right"/>
          </w:pPr>
          <w:r>
            <w:rPr>
              <w:rFonts w:ascii="Arial" w:hAnsi="Arial" w:eastAsia="Arial"/>
              <w:b/>
              <w:color w:val="C49A2D"/>
              <w:sz w:val="14"/>
            </w:rPr>
            <w:t>SELF HELP DOCUMENT TEMPLATE</w:t>
          </w:r>
          <w:r>
            <w:br/>
          </w:r>
          <w:r>
            <w:rPr>
              <w:rFonts w:ascii="Arial" w:hAnsi="Arial" w:eastAsia="Arial"/>
              <w:b/>
              <w:color w:val="08213F"/>
              <w:sz w:val="17"/>
            </w:rPr>
            <w:t>notaryotg.ca</w:t>
          </w:r>
          <w:r>
            <w:br/>
          </w:r>
          <w:r>
            <w:rPr>
              <w:rFonts w:ascii="Arial" w:hAnsi="Arial" w:eastAsia="Arial"/>
              <w:color w:val="68717B"/>
              <w:sz w:val="15"/>
            </w:rPr>
            <w:t>+1 (888) 299-1746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2631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100"/>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Letter for a Canada Visitor Visa</dc:title>
  <dc:subject>Self help legal document template</dc:subject>
  <dc:creator>Notary On the Go</dc:creator>
  <cp:keywords>Notary On the Go, self help template, Ontario, Canada</cp:keywords>
  <dc:description>Version 1.0. Reviewed September 2026.</dc:description>
  <cp:lastModifiedBy/>
  <cp:revision>1</cp:revision>
  <dcterms:created xsi:type="dcterms:W3CDTF">2013-12-23T23:15:00Z</dcterms:created>
  <dcterms:modified xsi:type="dcterms:W3CDTF">2013-12-23T23:15:00Z</dcterms:modified>
  <cp:category/>
</cp:coreProperties>
</file>